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10E" w:rsidRPr="00CB6BFC" w:rsidRDefault="0029510E">
      <w:pPr>
        <w:autoSpaceDE w:val="0"/>
        <w:autoSpaceDN w:val="0"/>
        <w:spacing w:after="78" w:line="220" w:lineRule="exact"/>
        <w:rPr>
          <w:color w:val="000000" w:themeColor="text1"/>
        </w:rPr>
      </w:pPr>
    </w:p>
    <w:p w:rsidR="0029510E" w:rsidRPr="00CB6BFC" w:rsidRDefault="00BD7967" w:rsidP="007C4B7E">
      <w:pPr>
        <w:autoSpaceDE w:val="0"/>
        <w:autoSpaceDN w:val="0"/>
        <w:spacing w:after="0" w:line="360" w:lineRule="auto"/>
        <w:ind w:left="792"/>
        <w:rPr>
          <w:color w:val="000000" w:themeColor="text1"/>
          <w:lang w:val="ru-RU"/>
        </w:rPr>
      </w:pPr>
      <w:r w:rsidRPr="00CB6BFC">
        <w:rPr>
          <w:rFonts w:ascii="Times New Roman" w:eastAsia="Times New Roman" w:hAnsi="Times New Roman"/>
          <w:b/>
          <w:color w:val="000000" w:themeColor="text1"/>
          <w:sz w:val="24"/>
          <w:lang w:val="ru-RU"/>
        </w:rPr>
        <w:t>МИНИСТЕРСТВО ПРОСВЕЩЕНИЯ РОССИЙСКОЙ ФЕДЕРАЦИИ</w:t>
      </w:r>
    </w:p>
    <w:p w:rsidR="0029510E" w:rsidRPr="00CB6BFC" w:rsidRDefault="00BD7967" w:rsidP="007C4B7E">
      <w:pPr>
        <w:autoSpaceDE w:val="0"/>
        <w:autoSpaceDN w:val="0"/>
        <w:spacing w:after="0" w:line="360" w:lineRule="auto"/>
        <w:jc w:val="center"/>
        <w:rPr>
          <w:color w:val="000000" w:themeColor="text1"/>
          <w:lang w:val="ru-RU"/>
        </w:rPr>
      </w:pPr>
      <w:r w:rsidRPr="00CB6BFC">
        <w:rPr>
          <w:rFonts w:ascii="Times New Roman" w:eastAsia="Times New Roman" w:hAnsi="Times New Roman"/>
          <w:color w:val="000000" w:themeColor="text1"/>
          <w:sz w:val="24"/>
          <w:lang w:val="ru-RU"/>
        </w:rPr>
        <w:t>Министерство образования и молодежной политики Свердловской области</w:t>
      </w:r>
    </w:p>
    <w:p w:rsidR="007C4B7E" w:rsidRDefault="00BD7967" w:rsidP="007C4B7E">
      <w:pPr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/>
          <w:color w:val="000000" w:themeColor="text1"/>
          <w:sz w:val="24"/>
          <w:lang w:val="ru-RU"/>
        </w:rPr>
      </w:pPr>
      <w:r w:rsidRPr="00CB6BFC">
        <w:rPr>
          <w:rFonts w:ascii="Times New Roman" w:eastAsia="Times New Roman" w:hAnsi="Times New Roman"/>
          <w:color w:val="000000" w:themeColor="text1"/>
          <w:sz w:val="24"/>
          <w:lang w:val="ru-RU"/>
        </w:rPr>
        <w:t xml:space="preserve">Муниципальное </w:t>
      </w:r>
      <w:r w:rsidR="007C4B7E">
        <w:rPr>
          <w:rFonts w:ascii="Times New Roman" w:eastAsia="Times New Roman" w:hAnsi="Times New Roman"/>
          <w:color w:val="000000" w:themeColor="text1"/>
          <w:sz w:val="24"/>
          <w:lang w:val="ru-RU"/>
        </w:rPr>
        <w:t>б</w:t>
      </w:r>
      <w:r w:rsidRPr="00CB6BFC">
        <w:rPr>
          <w:rFonts w:ascii="Times New Roman" w:eastAsia="Times New Roman" w:hAnsi="Times New Roman"/>
          <w:color w:val="000000" w:themeColor="text1"/>
          <w:sz w:val="24"/>
          <w:lang w:val="ru-RU"/>
        </w:rPr>
        <w:t>юджетное общеобразовательное учреждение</w:t>
      </w:r>
    </w:p>
    <w:p w:rsidR="0029510E" w:rsidRPr="00CB6BFC" w:rsidRDefault="00BD7967" w:rsidP="007C4B7E">
      <w:pPr>
        <w:autoSpaceDE w:val="0"/>
        <w:autoSpaceDN w:val="0"/>
        <w:spacing w:after="0" w:line="360" w:lineRule="auto"/>
        <w:jc w:val="center"/>
        <w:rPr>
          <w:color w:val="000000" w:themeColor="text1"/>
          <w:lang w:val="ru-RU"/>
        </w:rPr>
      </w:pPr>
      <w:r w:rsidRPr="00CB6BFC">
        <w:rPr>
          <w:rFonts w:ascii="Times New Roman" w:eastAsia="Times New Roman" w:hAnsi="Times New Roman"/>
          <w:color w:val="000000" w:themeColor="text1"/>
          <w:sz w:val="24"/>
          <w:lang w:val="ru-RU"/>
        </w:rPr>
        <w:t>"Сигнальненская средняя</w:t>
      </w:r>
      <w:r w:rsidR="007C4B7E">
        <w:rPr>
          <w:rFonts w:ascii="Times New Roman" w:eastAsia="Times New Roman" w:hAnsi="Times New Roman"/>
          <w:color w:val="000000" w:themeColor="text1"/>
          <w:sz w:val="24"/>
          <w:lang w:val="ru-RU"/>
        </w:rPr>
        <w:t xml:space="preserve"> </w:t>
      </w:r>
      <w:r w:rsidRPr="00CB6BFC">
        <w:rPr>
          <w:rFonts w:ascii="Times New Roman" w:eastAsia="Times New Roman" w:hAnsi="Times New Roman"/>
          <w:color w:val="000000" w:themeColor="text1"/>
          <w:sz w:val="24"/>
          <w:lang w:val="ru-RU"/>
        </w:rPr>
        <w:t>общеобразовательная школа"</w:t>
      </w:r>
    </w:p>
    <w:p w:rsidR="0029510E" w:rsidRPr="00CB6BFC" w:rsidRDefault="0029510E">
      <w:pPr>
        <w:rPr>
          <w:rFonts w:ascii="Times New Roman" w:eastAsia="Times New Roman" w:hAnsi="Times New Roman"/>
          <w:color w:val="000000" w:themeColor="text1"/>
          <w:sz w:val="24"/>
          <w:lang w:val="ru-RU"/>
        </w:rPr>
      </w:pPr>
    </w:p>
    <w:p w:rsidR="007E791B" w:rsidRPr="00CB6BFC" w:rsidRDefault="007E791B">
      <w:pPr>
        <w:rPr>
          <w:color w:val="000000" w:themeColor="text1"/>
          <w:lang w:val="ru-RU"/>
        </w:rPr>
        <w:sectPr w:rsidR="007E791B" w:rsidRPr="00CB6BFC">
          <w:pgSz w:w="11900" w:h="16840"/>
          <w:pgMar w:top="298" w:right="872" w:bottom="1440" w:left="1440" w:header="720" w:footer="720" w:gutter="0"/>
          <w:cols w:space="720" w:equalWidth="0">
            <w:col w:w="9588" w:space="0"/>
          </w:cols>
          <w:docGrid w:linePitch="360"/>
        </w:sectPr>
      </w:pPr>
    </w:p>
    <w:p w:rsidR="0029510E" w:rsidRPr="00CB6BFC" w:rsidRDefault="00BD7967" w:rsidP="007E791B">
      <w:pPr>
        <w:autoSpaceDE w:val="0"/>
        <w:autoSpaceDN w:val="0"/>
        <w:spacing w:after="0" w:line="317" w:lineRule="auto"/>
        <w:ind w:right="288"/>
        <w:rPr>
          <w:color w:val="000000" w:themeColor="text1"/>
          <w:lang w:val="ru-RU"/>
        </w:rPr>
      </w:pPr>
      <w:r w:rsidRPr="00CB6BFC">
        <w:rPr>
          <w:rFonts w:ascii="Times New Roman" w:eastAsia="Times New Roman" w:hAnsi="Times New Roman"/>
          <w:color w:val="000000" w:themeColor="text1"/>
          <w:w w:val="102"/>
          <w:sz w:val="20"/>
          <w:lang w:val="ru-RU"/>
        </w:rPr>
        <w:lastRenderedPageBreak/>
        <w:t xml:space="preserve">ПРИНЯТО </w:t>
      </w:r>
      <w:r w:rsidRPr="00CB6BFC">
        <w:rPr>
          <w:color w:val="000000" w:themeColor="text1"/>
          <w:lang w:val="ru-RU"/>
        </w:rPr>
        <w:br/>
      </w:r>
      <w:r w:rsidRPr="00CB6BFC">
        <w:rPr>
          <w:rFonts w:ascii="Times New Roman" w:eastAsia="Times New Roman" w:hAnsi="Times New Roman"/>
          <w:color w:val="000000" w:themeColor="text1"/>
          <w:w w:val="102"/>
          <w:sz w:val="20"/>
          <w:lang w:val="ru-RU"/>
        </w:rPr>
        <w:t xml:space="preserve">решением методического </w:t>
      </w:r>
      <w:r w:rsidRPr="00CB6BFC">
        <w:rPr>
          <w:color w:val="000000" w:themeColor="text1"/>
          <w:lang w:val="ru-RU"/>
        </w:rPr>
        <w:br/>
      </w:r>
      <w:r w:rsidRPr="00CB6BFC">
        <w:rPr>
          <w:rFonts w:ascii="Times New Roman" w:eastAsia="Times New Roman" w:hAnsi="Times New Roman"/>
          <w:color w:val="000000" w:themeColor="text1"/>
          <w:w w:val="102"/>
          <w:sz w:val="20"/>
          <w:lang w:val="ru-RU"/>
        </w:rPr>
        <w:t xml:space="preserve">объединения учителей </w:t>
      </w:r>
      <w:r w:rsidRPr="00CB6BFC">
        <w:rPr>
          <w:color w:val="000000" w:themeColor="text1"/>
          <w:lang w:val="ru-RU"/>
        </w:rPr>
        <w:br/>
      </w:r>
      <w:r w:rsidRPr="00CB6BFC">
        <w:rPr>
          <w:rFonts w:ascii="Times New Roman" w:eastAsia="Times New Roman" w:hAnsi="Times New Roman"/>
          <w:color w:val="000000" w:themeColor="text1"/>
          <w:w w:val="102"/>
          <w:sz w:val="20"/>
          <w:lang w:val="ru-RU"/>
        </w:rPr>
        <w:t>Протокол №_</w:t>
      </w:r>
      <w:r w:rsidR="007C4B7E">
        <w:rPr>
          <w:rFonts w:ascii="Times New Roman" w:eastAsia="Times New Roman" w:hAnsi="Times New Roman"/>
          <w:b/>
          <w:color w:val="000000" w:themeColor="text1"/>
          <w:w w:val="102"/>
          <w:sz w:val="20"/>
          <w:u w:val="single"/>
          <w:lang w:val="ru-RU"/>
        </w:rPr>
        <w:t>1</w:t>
      </w:r>
      <w:r w:rsidRPr="00CB6BFC">
        <w:rPr>
          <w:rFonts w:ascii="Times New Roman" w:eastAsia="Times New Roman" w:hAnsi="Times New Roman"/>
          <w:color w:val="000000" w:themeColor="text1"/>
          <w:w w:val="102"/>
          <w:sz w:val="20"/>
          <w:lang w:val="ru-RU"/>
        </w:rPr>
        <w:t xml:space="preserve">___ </w:t>
      </w:r>
      <w:r w:rsidRPr="00CB6BFC">
        <w:rPr>
          <w:color w:val="000000" w:themeColor="text1"/>
          <w:lang w:val="ru-RU"/>
        </w:rPr>
        <w:br/>
      </w:r>
      <w:r w:rsidRPr="00CB6BFC">
        <w:rPr>
          <w:rFonts w:ascii="Times New Roman" w:eastAsia="Times New Roman" w:hAnsi="Times New Roman"/>
          <w:color w:val="000000" w:themeColor="text1"/>
          <w:w w:val="102"/>
          <w:sz w:val="20"/>
          <w:lang w:val="ru-RU"/>
        </w:rPr>
        <w:t xml:space="preserve">от </w:t>
      </w:r>
      <w:r w:rsidR="007C4B7E">
        <w:rPr>
          <w:rFonts w:ascii="Times New Roman" w:eastAsia="Times New Roman" w:hAnsi="Times New Roman"/>
          <w:color w:val="000000" w:themeColor="text1"/>
          <w:w w:val="102"/>
          <w:sz w:val="20"/>
          <w:lang w:val="ru-RU"/>
        </w:rPr>
        <w:t>30.08.2022</w:t>
      </w:r>
      <w:r w:rsidRPr="00CB6BFC">
        <w:rPr>
          <w:rFonts w:ascii="Times New Roman" w:eastAsia="Times New Roman" w:hAnsi="Times New Roman"/>
          <w:color w:val="000000" w:themeColor="text1"/>
          <w:w w:val="102"/>
          <w:sz w:val="20"/>
          <w:lang w:val="ru-RU"/>
        </w:rPr>
        <w:t xml:space="preserve"> г.</w:t>
      </w:r>
    </w:p>
    <w:p w:rsidR="0029510E" w:rsidRPr="00CB6BFC" w:rsidRDefault="0029510E">
      <w:pPr>
        <w:rPr>
          <w:color w:val="000000" w:themeColor="text1"/>
          <w:lang w:val="ru-RU"/>
        </w:rPr>
        <w:sectPr w:rsidR="0029510E" w:rsidRPr="00CB6BFC">
          <w:type w:val="continuous"/>
          <w:pgSz w:w="11900" w:h="16840"/>
          <w:pgMar w:top="298" w:right="872" w:bottom="1440" w:left="1440" w:header="720" w:footer="720" w:gutter="0"/>
          <w:cols w:num="2" w:space="720" w:equalWidth="0">
            <w:col w:w="5976" w:space="0"/>
            <w:col w:w="3611" w:space="0"/>
          </w:cols>
          <w:docGrid w:linePitch="360"/>
        </w:sectPr>
      </w:pPr>
      <w:bookmarkStart w:id="0" w:name="_GoBack"/>
      <w:bookmarkEnd w:id="0"/>
    </w:p>
    <w:p w:rsidR="007E791B" w:rsidRPr="00CB6BFC" w:rsidRDefault="00BD7967" w:rsidP="007E791B">
      <w:pPr>
        <w:autoSpaceDE w:val="0"/>
        <w:autoSpaceDN w:val="0"/>
        <w:spacing w:after="0" w:line="286" w:lineRule="auto"/>
        <w:ind w:left="356" w:right="720"/>
        <w:rPr>
          <w:color w:val="000000" w:themeColor="text1"/>
          <w:lang w:val="ru-RU"/>
        </w:rPr>
      </w:pPr>
      <w:r w:rsidRPr="00CB6BFC">
        <w:rPr>
          <w:rFonts w:ascii="Times New Roman" w:eastAsia="Times New Roman" w:hAnsi="Times New Roman"/>
          <w:color w:val="000000" w:themeColor="text1"/>
          <w:w w:val="102"/>
          <w:sz w:val="20"/>
          <w:lang w:val="ru-RU"/>
        </w:rPr>
        <w:lastRenderedPageBreak/>
        <w:t xml:space="preserve">СОГЛАСОВАНО </w:t>
      </w:r>
      <w:r w:rsidRPr="00CB6BFC">
        <w:rPr>
          <w:color w:val="000000" w:themeColor="text1"/>
          <w:lang w:val="ru-RU"/>
        </w:rPr>
        <w:br/>
      </w:r>
      <w:r w:rsidRPr="00CB6BFC">
        <w:rPr>
          <w:rFonts w:ascii="Times New Roman" w:eastAsia="Times New Roman" w:hAnsi="Times New Roman"/>
          <w:color w:val="000000" w:themeColor="text1"/>
          <w:w w:val="102"/>
          <w:sz w:val="20"/>
          <w:lang w:val="ru-RU"/>
        </w:rPr>
        <w:t xml:space="preserve">Зам. директора по УВР </w:t>
      </w:r>
      <w:r w:rsidRPr="00CB6BFC">
        <w:rPr>
          <w:color w:val="000000" w:themeColor="text1"/>
          <w:lang w:val="ru-RU"/>
        </w:rPr>
        <w:br/>
      </w:r>
      <w:r w:rsidRPr="00CB6BFC">
        <w:rPr>
          <w:rFonts w:ascii="Times New Roman" w:eastAsia="Times New Roman" w:hAnsi="Times New Roman"/>
          <w:color w:val="000000" w:themeColor="text1"/>
          <w:w w:val="102"/>
          <w:sz w:val="20"/>
          <w:lang w:val="ru-RU"/>
        </w:rPr>
        <w:t>______________</w:t>
      </w:r>
      <w:proofErr w:type="spellStart"/>
      <w:r w:rsidRPr="00CB6BFC">
        <w:rPr>
          <w:rFonts w:ascii="Times New Roman" w:eastAsia="Times New Roman" w:hAnsi="Times New Roman"/>
          <w:color w:val="000000" w:themeColor="text1"/>
          <w:w w:val="102"/>
          <w:sz w:val="20"/>
          <w:lang w:val="ru-RU"/>
        </w:rPr>
        <w:t>Гамеза</w:t>
      </w:r>
      <w:proofErr w:type="spellEnd"/>
      <w:r w:rsidRPr="00CB6BFC">
        <w:rPr>
          <w:rFonts w:ascii="Times New Roman" w:eastAsia="Times New Roman" w:hAnsi="Times New Roman"/>
          <w:color w:val="000000" w:themeColor="text1"/>
          <w:w w:val="102"/>
          <w:sz w:val="20"/>
          <w:lang w:val="ru-RU"/>
        </w:rPr>
        <w:t xml:space="preserve"> И. Я.</w:t>
      </w:r>
    </w:p>
    <w:p w:rsidR="007C4B7E" w:rsidRPr="00CB6BFC" w:rsidRDefault="00BD7967" w:rsidP="007C4B7E">
      <w:pPr>
        <w:autoSpaceDE w:val="0"/>
        <w:autoSpaceDN w:val="0"/>
        <w:spacing w:after="0" w:line="286" w:lineRule="auto"/>
        <w:ind w:left="356" w:right="720"/>
        <w:rPr>
          <w:color w:val="000000" w:themeColor="text1"/>
          <w:lang w:val="ru-RU"/>
        </w:rPr>
        <w:sectPr w:rsidR="007C4B7E" w:rsidRPr="00CB6BFC">
          <w:type w:val="nextColumn"/>
          <w:pgSz w:w="11900" w:h="16840"/>
          <w:pgMar w:top="298" w:right="872" w:bottom="1440" w:left="1440" w:header="720" w:footer="720" w:gutter="0"/>
          <w:cols w:num="2" w:space="720" w:equalWidth="0">
            <w:col w:w="5976" w:space="0"/>
            <w:col w:w="3611" w:space="0"/>
          </w:cols>
          <w:docGrid w:linePitch="360"/>
        </w:sectPr>
      </w:pPr>
      <w:r w:rsidRPr="00CB6BFC">
        <w:rPr>
          <w:rFonts w:ascii="Times New Roman" w:eastAsia="Times New Roman" w:hAnsi="Times New Roman"/>
          <w:color w:val="000000" w:themeColor="text1"/>
          <w:w w:val="102"/>
          <w:sz w:val="20"/>
          <w:lang w:val="ru-RU"/>
        </w:rPr>
        <w:t xml:space="preserve">от </w:t>
      </w:r>
      <w:r w:rsidR="007C4B7E">
        <w:rPr>
          <w:rFonts w:ascii="Times New Roman" w:eastAsia="Times New Roman" w:hAnsi="Times New Roman"/>
          <w:color w:val="000000" w:themeColor="text1"/>
          <w:w w:val="102"/>
          <w:sz w:val="20"/>
          <w:lang w:val="ru-RU"/>
        </w:rPr>
        <w:t>31.08.2022г</w:t>
      </w:r>
    </w:p>
    <w:p w:rsidR="0029510E" w:rsidRPr="00CB6BFC" w:rsidRDefault="00BD7967" w:rsidP="007C4B7E">
      <w:pPr>
        <w:autoSpaceDE w:val="0"/>
        <w:autoSpaceDN w:val="0"/>
        <w:spacing w:after="0" w:line="262" w:lineRule="auto"/>
        <w:ind w:right="3600"/>
        <w:jc w:val="center"/>
        <w:rPr>
          <w:color w:val="000000" w:themeColor="text1"/>
          <w:lang w:val="ru-RU"/>
        </w:rPr>
      </w:pPr>
      <w:r w:rsidRPr="00CB6BFC">
        <w:rPr>
          <w:rFonts w:ascii="Times New Roman" w:eastAsia="Times New Roman" w:hAnsi="Times New Roman"/>
          <w:b/>
          <w:color w:val="000000" w:themeColor="text1"/>
          <w:sz w:val="24"/>
          <w:lang w:val="ru-RU"/>
        </w:rPr>
        <w:lastRenderedPageBreak/>
        <w:t xml:space="preserve">РАБОЧАЯ ПРОГРАММА </w:t>
      </w:r>
      <w:r w:rsidRPr="00CB6BFC">
        <w:rPr>
          <w:color w:val="000000" w:themeColor="text1"/>
          <w:lang w:val="ru-RU"/>
        </w:rPr>
        <w:br/>
      </w:r>
    </w:p>
    <w:p w:rsidR="0029510E" w:rsidRPr="00CB6BFC" w:rsidRDefault="00CB6BFC">
      <w:pPr>
        <w:autoSpaceDE w:val="0"/>
        <w:autoSpaceDN w:val="0"/>
        <w:spacing w:before="166" w:after="0" w:line="262" w:lineRule="auto"/>
        <w:ind w:left="3600" w:right="3888"/>
        <w:jc w:val="center"/>
        <w:rPr>
          <w:color w:val="000000" w:themeColor="text1"/>
          <w:lang w:val="ru-RU"/>
        </w:rPr>
      </w:pPr>
      <w:r>
        <w:rPr>
          <w:rFonts w:ascii="Times New Roman" w:eastAsia="Times New Roman" w:hAnsi="Times New Roman"/>
          <w:color w:val="000000" w:themeColor="text1"/>
          <w:sz w:val="24"/>
          <w:lang w:val="ru-RU"/>
        </w:rPr>
        <w:t>курса</w:t>
      </w:r>
      <w:r w:rsidR="00DB065A" w:rsidRPr="00CB6BFC">
        <w:rPr>
          <w:rFonts w:ascii="Times New Roman" w:eastAsia="Times New Roman" w:hAnsi="Times New Roman"/>
          <w:color w:val="000000" w:themeColor="text1"/>
          <w:sz w:val="24"/>
          <w:lang w:val="ru-RU"/>
        </w:rPr>
        <w:t xml:space="preserve"> внеурочной деятельности</w:t>
      </w:r>
      <w:r w:rsidR="00BD7967" w:rsidRPr="00CB6BFC">
        <w:rPr>
          <w:color w:val="000000" w:themeColor="text1"/>
          <w:lang w:val="ru-RU"/>
        </w:rPr>
        <w:br/>
      </w:r>
      <w:r w:rsidR="00DB065A" w:rsidRPr="00CB6BFC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ru-RU"/>
        </w:rPr>
        <w:t>«Разговоры о важном</w:t>
      </w:r>
      <w:r w:rsidR="00BD7967" w:rsidRPr="00CB6BFC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ru-RU"/>
        </w:rPr>
        <w:t>»</w:t>
      </w:r>
    </w:p>
    <w:p w:rsidR="0029510E" w:rsidRPr="00CB6BFC" w:rsidRDefault="00683589">
      <w:pPr>
        <w:autoSpaceDE w:val="0"/>
        <w:autoSpaceDN w:val="0"/>
        <w:spacing w:before="670" w:after="0" w:line="262" w:lineRule="auto"/>
        <w:ind w:left="2160" w:right="2592"/>
        <w:jc w:val="center"/>
        <w:rPr>
          <w:color w:val="000000" w:themeColor="text1"/>
          <w:lang w:val="ru-RU"/>
        </w:rPr>
      </w:pPr>
      <w:r w:rsidRPr="00CB6BFC">
        <w:rPr>
          <w:rFonts w:ascii="Times New Roman" w:eastAsia="Times New Roman" w:hAnsi="Times New Roman"/>
          <w:color w:val="000000" w:themeColor="text1"/>
          <w:sz w:val="24"/>
          <w:lang w:val="ru-RU"/>
        </w:rPr>
        <w:t xml:space="preserve">для </w:t>
      </w:r>
      <w:r w:rsidR="007C4B7E">
        <w:rPr>
          <w:rFonts w:ascii="Times New Roman" w:eastAsia="Times New Roman" w:hAnsi="Times New Roman"/>
          <w:color w:val="000000" w:themeColor="text1"/>
          <w:sz w:val="24"/>
          <w:lang w:val="ru-RU"/>
        </w:rPr>
        <w:t>5</w:t>
      </w:r>
      <w:r w:rsidR="00BD7967" w:rsidRPr="00CB6BFC">
        <w:rPr>
          <w:rFonts w:ascii="Times New Roman" w:eastAsia="Times New Roman" w:hAnsi="Times New Roman"/>
          <w:color w:val="000000" w:themeColor="text1"/>
          <w:sz w:val="24"/>
          <w:lang w:val="ru-RU"/>
        </w:rPr>
        <w:t xml:space="preserve"> класса </w:t>
      </w:r>
      <w:r w:rsidRPr="00CB6BFC">
        <w:rPr>
          <w:rFonts w:ascii="Times New Roman" w:eastAsia="Times New Roman" w:hAnsi="Times New Roman"/>
          <w:color w:val="000000" w:themeColor="text1"/>
          <w:sz w:val="24"/>
          <w:lang w:val="ru-RU"/>
        </w:rPr>
        <w:t>основного</w:t>
      </w:r>
      <w:r w:rsidR="00BD7967" w:rsidRPr="00CB6BFC">
        <w:rPr>
          <w:rFonts w:ascii="Times New Roman" w:eastAsia="Times New Roman" w:hAnsi="Times New Roman"/>
          <w:color w:val="000000" w:themeColor="text1"/>
          <w:sz w:val="24"/>
          <w:lang w:val="ru-RU"/>
        </w:rPr>
        <w:t xml:space="preserve"> общего образования </w:t>
      </w:r>
      <w:r w:rsidR="00BD7967" w:rsidRPr="00CB6BFC">
        <w:rPr>
          <w:color w:val="000000" w:themeColor="text1"/>
          <w:lang w:val="ru-RU"/>
        </w:rPr>
        <w:br/>
      </w:r>
      <w:r w:rsidR="00BD7967" w:rsidRPr="00CB6BFC">
        <w:rPr>
          <w:rFonts w:ascii="Times New Roman" w:eastAsia="Times New Roman" w:hAnsi="Times New Roman"/>
          <w:color w:val="000000" w:themeColor="text1"/>
          <w:sz w:val="24"/>
          <w:lang w:val="ru-RU"/>
        </w:rPr>
        <w:t>на 2022 - 2023  учебный год</w:t>
      </w:r>
    </w:p>
    <w:p w:rsidR="007E791B" w:rsidRPr="00CB6BFC" w:rsidRDefault="00BD7967" w:rsidP="007E791B">
      <w:pPr>
        <w:autoSpaceDE w:val="0"/>
        <w:autoSpaceDN w:val="0"/>
        <w:spacing w:before="2112" w:after="0" w:line="262" w:lineRule="auto"/>
        <w:ind w:left="6740" w:hanging="1188"/>
        <w:rPr>
          <w:rFonts w:ascii="Times New Roman" w:eastAsia="Times New Roman" w:hAnsi="Times New Roman"/>
          <w:color w:val="000000" w:themeColor="text1"/>
          <w:sz w:val="24"/>
          <w:lang w:val="ru-RU"/>
        </w:rPr>
      </w:pPr>
      <w:r w:rsidRPr="00CB6BFC">
        <w:rPr>
          <w:rFonts w:ascii="Times New Roman" w:eastAsia="Times New Roman" w:hAnsi="Times New Roman"/>
          <w:color w:val="000000" w:themeColor="text1"/>
          <w:sz w:val="24"/>
          <w:lang w:val="ru-RU"/>
        </w:rPr>
        <w:t xml:space="preserve">Составитель: </w:t>
      </w:r>
      <w:proofErr w:type="spellStart"/>
      <w:r w:rsidR="007C4B7E">
        <w:rPr>
          <w:rFonts w:ascii="Times New Roman" w:eastAsia="Times New Roman" w:hAnsi="Times New Roman"/>
          <w:color w:val="000000" w:themeColor="text1"/>
          <w:sz w:val="24"/>
          <w:lang w:val="ru-RU"/>
        </w:rPr>
        <w:t>Гамеза</w:t>
      </w:r>
      <w:proofErr w:type="spellEnd"/>
      <w:r w:rsidR="007C4B7E">
        <w:rPr>
          <w:rFonts w:ascii="Times New Roman" w:eastAsia="Times New Roman" w:hAnsi="Times New Roman"/>
          <w:color w:val="000000" w:themeColor="text1"/>
          <w:sz w:val="24"/>
          <w:lang w:val="ru-RU"/>
        </w:rPr>
        <w:t xml:space="preserve"> Илона Яновна</w:t>
      </w:r>
    </w:p>
    <w:p w:rsidR="007E791B" w:rsidRPr="00CB6BFC" w:rsidRDefault="00DB065A" w:rsidP="007E791B">
      <w:pPr>
        <w:autoSpaceDE w:val="0"/>
        <w:autoSpaceDN w:val="0"/>
        <w:spacing w:before="2112" w:after="0" w:line="262" w:lineRule="auto"/>
        <w:ind w:left="6740" w:hanging="2487"/>
        <w:rPr>
          <w:rFonts w:ascii="Times New Roman" w:hAnsi="Times New Roman" w:cs="Times New Roman"/>
          <w:color w:val="000000" w:themeColor="text1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="007E791B" w:rsidRPr="00CB6BFC">
        <w:rPr>
          <w:rFonts w:ascii="Times New Roman" w:hAnsi="Times New Roman" w:cs="Times New Roman"/>
          <w:color w:val="000000" w:themeColor="text1"/>
          <w:lang w:val="ru-RU"/>
        </w:rPr>
        <w:t>2022</w:t>
      </w:r>
      <w:r w:rsidR="00683589" w:rsidRPr="00CB6BFC">
        <w:rPr>
          <w:rFonts w:ascii="Times New Roman" w:hAnsi="Times New Roman" w:cs="Times New Roman"/>
          <w:color w:val="000000" w:themeColor="text1"/>
          <w:lang w:val="ru-RU"/>
        </w:rPr>
        <w:t xml:space="preserve"> год.</w:t>
      </w:r>
    </w:p>
    <w:p w:rsidR="00CB6BFC" w:rsidRPr="00CB6BFC" w:rsidRDefault="00CB6BFC" w:rsidP="007E791B">
      <w:pPr>
        <w:autoSpaceDE w:val="0"/>
        <w:autoSpaceDN w:val="0"/>
        <w:spacing w:before="2112" w:after="0" w:line="262" w:lineRule="auto"/>
        <w:ind w:left="6740" w:hanging="2487"/>
        <w:rPr>
          <w:rFonts w:ascii="Times New Roman" w:hAnsi="Times New Roman" w:cs="Times New Roman"/>
          <w:color w:val="000000" w:themeColor="text1"/>
          <w:lang w:val="ru-RU"/>
        </w:rPr>
      </w:pPr>
    </w:p>
    <w:p w:rsidR="007C4B7E" w:rsidRDefault="007C4B7E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br w:type="page"/>
      </w:r>
    </w:p>
    <w:p w:rsidR="00CB6BFC" w:rsidRPr="00CB6BFC" w:rsidRDefault="00CB6BFC" w:rsidP="00CB6BFC">
      <w:pPr>
        <w:tabs>
          <w:tab w:val="left" w:pos="567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lastRenderedPageBreak/>
        <w:t>Пояснительная записка</w:t>
      </w:r>
    </w:p>
    <w:p w:rsidR="00CB6BFC" w:rsidRPr="00CB6BFC" w:rsidRDefault="00CB6BFC" w:rsidP="007C4B7E">
      <w:pPr>
        <w:tabs>
          <w:tab w:val="left" w:pos="567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Рабочая программа данного учебного курса внеурочной деятельности</w:t>
      </w:r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разработана в соответствии с требованиями:</w:t>
      </w:r>
    </w:p>
    <w:p w:rsidR="00CB6BFC" w:rsidRPr="00CB6BFC" w:rsidRDefault="00CB6BFC" w:rsidP="007C4B7E">
      <w:pPr>
        <w:numPr>
          <w:ilvl w:val="0"/>
          <w:numId w:val="2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Федерального закона от 29.12.2012 № 273 «Об образовании в Российской Федерации»;</w:t>
      </w:r>
    </w:p>
    <w:p w:rsidR="00CB6BFC" w:rsidRPr="00CB6BFC" w:rsidRDefault="00CB6BFC" w:rsidP="007C4B7E">
      <w:pPr>
        <w:numPr>
          <w:ilvl w:val="0"/>
          <w:numId w:val="2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приказа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Минпросвещения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от 31.05.2021 № 287 «Об утверждении федерального государственного образовательного стандарта основного общего образования»;</w:t>
      </w:r>
    </w:p>
    <w:p w:rsidR="00CB6BFC" w:rsidRPr="00CB6BFC" w:rsidRDefault="00CB6BFC" w:rsidP="007C4B7E">
      <w:pPr>
        <w:numPr>
          <w:ilvl w:val="0"/>
          <w:numId w:val="2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Минпросвещения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от 15.04.2022 № СК-295/06;</w:t>
      </w:r>
    </w:p>
    <w:p w:rsidR="00CB6BFC" w:rsidRPr="00CB6BFC" w:rsidRDefault="00CB6BFC" w:rsidP="007C4B7E">
      <w:pPr>
        <w:numPr>
          <w:ilvl w:val="0"/>
          <w:numId w:val="2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Минобрнауки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от 18.08.2017 № 09-1672;</w:t>
      </w:r>
    </w:p>
    <w:p w:rsidR="00CB6BFC" w:rsidRPr="00CB6BFC" w:rsidRDefault="00CB6BFC" w:rsidP="007C4B7E">
      <w:pPr>
        <w:numPr>
          <w:ilvl w:val="0"/>
          <w:numId w:val="2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CB6BFC" w:rsidRPr="00CB6BFC" w:rsidRDefault="00CB6BFC" w:rsidP="007C4B7E">
      <w:pPr>
        <w:numPr>
          <w:ilvl w:val="0"/>
          <w:numId w:val="2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СП 2.4.3648-20;</w:t>
      </w:r>
    </w:p>
    <w:p w:rsidR="00CB6BFC" w:rsidRPr="00CB6BFC" w:rsidRDefault="00CB6BFC" w:rsidP="00CB6BFC">
      <w:pPr>
        <w:numPr>
          <w:ilvl w:val="0"/>
          <w:numId w:val="2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СанПиН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1.2.3685-21;</w:t>
      </w:r>
    </w:p>
    <w:p w:rsidR="00CB6BFC" w:rsidRDefault="00CB6BFC" w:rsidP="007C4B7E">
      <w:pPr>
        <w:numPr>
          <w:ilvl w:val="0"/>
          <w:numId w:val="2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основной</w:t>
      </w:r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образовательной</w:t>
      </w:r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proofErr w:type="gram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ограммы </w:t>
      </w: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МБОУ</w:t>
      </w:r>
      <w:proofErr w:type="gramEnd"/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«С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игнальненская СОШ»,</w:t>
      </w:r>
      <w:r w:rsidR="007C4B7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утвержденной</w:t>
      </w:r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приказом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от 01.09.2022.</w:t>
      </w:r>
    </w:p>
    <w:p w:rsidR="00CB6BFC" w:rsidRPr="00CB6BFC" w:rsidRDefault="00CB6BFC" w:rsidP="00CB6BFC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9A480E" w:rsidRDefault="00CB6BFC" w:rsidP="00CB6BFC">
      <w:pPr>
        <w:tabs>
          <w:tab w:val="left" w:pos="567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Цель курса:</w:t>
      </w:r>
    </w:p>
    <w:p w:rsidR="00CB6BFC" w:rsidRPr="00CB6BFC" w:rsidRDefault="00CB6BFC" w:rsidP="00CB6BFC">
      <w:pPr>
        <w:tabs>
          <w:tab w:val="left" w:pos="567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CB6BFC" w:rsidRDefault="00CB6BFC" w:rsidP="00CB6BFC">
      <w:pPr>
        <w:tabs>
          <w:tab w:val="left" w:pos="567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Место курса в плане внеурочной деятельности: </w:t>
      </w:r>
    </w:p>
    <w:p w:rsidR="00CB6BFC" w:rsidRPr="00CB6BFC" w:rsidRDefault="00CB6BFC" w:rsidP="00CB6BFC">
      <w:pPr>
        <w:tabs>
          <w:tab w:val="left" w:pos="567"/>
        </w:tabs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учебный курс предназначен для обучающихся </w:t>
      </w:r>
      <w:r w:rsidR="007C4B7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класса; рассчитан на 1 час в неделю/34 часа в год.</w:t>
      </w:r>
    </w:p>
    <w:p w:rsidR="00CB6BFC" w:rsidRPr="00CB6BFC" w:rsidRDefault="00CB6BFC" w:rsidP="00CB6BFC">
      <w:pPr>
        <w:tabs>
          <w:tab w:val="left" w:pos="567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Содержание курса внеурочной деятельности</w:t>
      </w:r>
    </w:p>
    <w:p w:rsidR="00CB6BFC" w:rsidRPr="00CB6BFC" w:rsidRDefault="00CB6BFC" w:rsidP="00CB6BFC">
      <w:pPr>
        <w:tabs>
          <w:tab w:val="left" w:pos="567"/>
        </w:tabs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День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знаний</w:t>
      </w:r>
      <w:proofErr w:type="spellEnd"/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Наша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страна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Россия</w:t>
      </w:r>
      <w:proofErr w:type="spellEnd"/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165 лет со дня рождения К.Э. Циолковского</w:t>
      </w:r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День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музыки</w:t>
      </w:r>
      <w:proofErr w:type="spellEnd"/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День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пожилого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человека</w:t>
      </w:r>
      <w:proofErr w:type="spellEnd"/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День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учителя</w:t>
      </w:r>
      <w:proofErr w:type="spellEnd"/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День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отца</w:t>
      </w:r>
      <w:proofErr w:type="spellEnd"/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Международный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день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школьных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библиотек</w:t>
      </w:r>
      <w:proofErr w:type="spellEnd"/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День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народного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единства</w:t>
      </w:r>
      <w:proofErr w:type="spellEnd"/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Мы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разные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мы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вместе</w:t>
      </w:r>
      <w:proofErr w:type="spellEnd"/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День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матери</w:t>
      </w:r>
      <w:proofErr w:type="spellEnd"/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Символы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России</w:t>
      </w:r>
      <w:proofErr w:type="spellEnd"/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Волонтеры</w:t>
      </w:r>
      <w:proofErr w:type="spellEnd"/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День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Героев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Отечества</w:t>
      </w:r>
      <w:proofErr w:type="spellEnd"/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День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Конституции</w:t>
      </w:r>
      <w:proofErr w:type="spellEnd"/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Тема Нового года. Семейные праздники и мечты</w:t>
      </w:r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Рождество</w:t>
      </w:r>
      <w:proofErr w:type="spellEnd"/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День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снятия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блокады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Ленинграда</w:t>
      </w:r>
      <w:proofErr w:type="spellEnd"/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160 лет со дня рождения К.С. Станиславского</w:t>
      </w:r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День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российской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науки</w:t>
      </w:r>
      <w:proofErr w:type="spellEnd"/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Россия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мир</w:t>
      </w:r>
      <w:proofErr w:type="spellEnd"/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День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защитника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Отечества</w:t>
      </w:r>
      <w:proofErr w:type="spellEnd"/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Международный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женский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день</w:t>
      </w:r>
      <w:proofErr w:type="spellEnd"/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День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воссоединения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Крыма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Россией</w:t>
      </w:r>
      <w:proofErr w:type="spellEnd"/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Всемирный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день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театра</w:t>
      </w:r>
      <w:proofErr w:type="spellEnd"/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День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космонавтики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Мы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первые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!</w:t>
      </w:r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Память о геноциде советского народа нацистами и их пособниками</w:t>
      </w:r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День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Земли</w:t>
      </w:r>
      <w:proofErr w:type="spellEnd"/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День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Труда</w:t>
      </w:r>
      <w:proofErr w:type="spellEnd"/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День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Победы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Бессмертный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полк</w:t>
      </w:r>
      <w:proofErr w:type="spellEnd"/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День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детских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общественных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организаций</w:t>
      </w:r>
      <w:proofErr w:type="spellEnd"/>
    </w:p>
    <w:p w:rsid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Россия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страна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возможностей</w:t>
      </w:r>
      <w:proofErr w:type="spellEnd"/>
    </w:p>
    <w:p w:rsidR="009A480E" w:rsidRPr="00CB6BFC" w:rsidRDefault="009A480E" w:rsidP="009A480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B6BFC" w:rsidRPr="00CB6BFC" w:rsidRDefault="00CB6BFC" w:rsidP="00CB6BFC">
      <w:pPr>
        <w:tabs>
          <w:tab w:val="left" w:pos="567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Планируемые результаты освоения курса внеурочной деятельности</w:t>
      </w:r>
    </w:p>
    <w:p w:rsidR="00CB6BFC" w:rsidRPr="00CB6BFC" w:rsidRDefault="00CB6BFC" w:rsidP="00CB6BFC">
      <w:pPr>
        <w:tabs>
          <w:tab w:val="left" w:pos="567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Личностные</w:t>
      </w:r>
      <w:proofErr w:type="spellEnd"/>
      <w:r w:rsidRPr="00CB6B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результаты</w:t>
      </w:r>
      <w:proofErr w:type="spellEnd"/>
      <w:r w:rsidRPr="00CB6B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CB6BFC" w:rsidRPr="00CB6BFC" w:rsidRDefault="00CB6BFC" w:rsidP="007C4B7E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CB6BFC" w:rsidRPr="00CB6BFC" w:rsidRDefault="00CB6BFC" w:rsidP="007C4B7E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активное участие в жизни семьи, школы, местного сообщества, родного края, страны;</w:t>
      </w:r>
    </w:p>
    <w:p w:rsidR="00CB6BFC" w:rsidRPr="00CB6BFC" w:rsidRDefault="00CB6BFC" w:rsidP="007C4B7E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неприятие любых форм экстремизма, дискриминации;</w:t>
      </w:r>
    </w:p>
    <w:p w:rsidR="00CB6BFC" w:rsidRPr="00CB6BFC" w:rsidRDefault="00CB6BFC" w:rsidP="007C4B7E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понимание роли различных социальных институтов в жизни человека;</w:t>
      </w:r>
    </w:p>
    <w:p w:rsidR="00CB6BFC" w:rsidRPr="00CB6BFC" w:rsidRDefault="00CB6BFC" w:rsidP="007C4B7E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CB6BFC" w:rsidRPr="00CB6BFC" w:rsidRDefault="00CB6BFC" w:rsidP="007C4B7E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представление о способах противодействия коррупции;</w:t>
      </w:r>
    </w:p>
    <w:p w:rsidR="00CB6BFC" w:rsidRPr="00CB6BFC" w:rsidRDefault="00CB6BFC" w:rsidP="007C4B7E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CB6BFC" w:rsidRPr="00CB6BFC" w:rsidRDefault="00CB6BFC" w:rsidP="007C4B7E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готовность к участию в гуманитарной деятельности (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волонтерство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 помощь людям, нуждающимся в ней);</w:t>
      </w:r>
    </w:p>
    <w:p w:rsidR="00CB6BFC" w:rsidRPr="00CB6BFC" w:rsidRDefault="00CB6BFC" w:rsidP="007C4B7E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CB6BFC" w:rsidRPr="00CB6BFC" w:rsidRDefault="00CB6BFC" w:rsidP="007C4B7E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CB6BFC" w:rsidRPr="00CB6BFC" w:rsidRDefault="00CB6BFC" w:rsidP="007C4B7E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CB6BFC" w:rsidRPr="00CB6BFC" w:rsidRDefault="00CB6BFC" w:rsidP="007C4B7E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ориентация на моральные ценности и нормы в ситуациях нравственного выбора;</w:t>
      </w:r>
    </w:p>
    <w:p w:rsidR="00CB6BFC" w:rsidRPr="00CB6BFC" w:rsidRDefault="00CB6BFC" w:rsidP="007C4B7E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CB6BFC" w:rsidRPr="00CB6BFC" w:rsidRDefault="00CB6BFC" w:rsidP="007C4B7E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CB6BFC" w:rsidRPr="00CB6BFC" w:rsidRDefault="00CB6BFC" w:rsidP="007C4B7E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CB6BFC" w:rsidRPr="00CB6BFC" w:rsidRDefault="00CB6BFC" w:rsidP="007C4B7E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CB6BFC" w:rsidRPr="00CB6BFC" w:rsidRDefault="00CB6BFC" w:rsidP="007C4B7E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активное неприятие действий, приносящих вред окружающей среде;</w:t>
      </w:r>
    </w:p>
    <w:p w:rsidR="00CB6BFC" w:rsidRPr="00CB6BFC" w:rsidRDefault="00CB6BFC" w:rsidP="007C4B7E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CB6BFC" w:rsidRPr="00CB6BFC" w:rsidRDefault="00CB6BFC" w:rsidP="00CB6BFC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готовность к участию в практической деятельности экологической направленности.</w:t>
      </w:r>
    </w:p>
    <w:p w:rsidR="00CB6BFC" w:rsidRPr="00CB6BFC" w:rsidRDefault="00CB6BFC" w:rsidP="00CB6BFC">
      <w:pPr>
        <w:tabs>
          <w:tab w:val="left" w:pos="567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Метапредметные</w:t>
      </w:r>
      <w:proofErr w:type="spellEnd"/>
      <w:r w:rsidRPr="00CB6B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результаты</w:t>
      </w:r>
      <w:proofErr w:type="spellEnd"/>
      <w:r w:rsidRPr="00CB6B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CB6BFC" w:rsidRPr="00CB6BFC" w:rsidRDefault="00CB6BFC" w:rsidP="00CB6BFC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Овладение универсальными учебными познавательными действиями:</w:t>
      </w:r>
    </w:p>
    <w:p w:rsidR="00CB6BFC" w:rsidRPr="00CB6BFC" w:rsidRDefault="00CB6BFC" w:rsidP="00CB6BFC">
      <w:pPr>
        <w:tabs>
          <w:tab w:val="left" w:pos="567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базовые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логические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действия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CB6BFC" w:rsidRPr="00CB6BFC" w:rsidRDefault="00CB6BFC" w:rsidP="00CB6BFC">
      <w:pPr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выявлять и характеризовать существенные признаки объектов (явлений);</w:t>
      </w:r>
    </w:p>
    <w:p w:rsidR="00CB6BFC" w:rsidRPr="00CB6BFC" w:rsidRDefault="00CB6BFC" w:rsidP="007C4B7E">
      <w:pPr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CB6BFC" w:rsidRPr="00CB6BFC" w:rsidRDefault="00CB6BFC" w:rsidP="007C4B7E">
      <w:pPr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CB6BFC" w:rsidRPr="00CB6BFC" w:rsidRDefault="00CB6BFC" w:rsidP="007C4B7E">
      <w:pPr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предлагать критерии для выявления закономерностей и противоречий;</w:t>
      </w:r>
    </w:p>
    <w:p w:rsidR="00CB6BFC" w:rsidRPr="00CB6BFC" w:rsidRDefault="00CB6BFC" w:rsidP="007C4B7E">
      <w:pPr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выявлять дефициты информации, данных, необходимых для решения поставленной задачи;</w:t>
      </w:r>
    </w:p>
    <w:p w:rsidR="00CB6BFC" w:rsidRPr="00CB6BFC" w:rsidRDefault="00CB6BFC" w:rsidP="007C4B7E">
      <w:pPr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выявлять причинно-следственные связи при изучении явлений и процессов;</w:t>
      </w:r>
    </w:p>
    <w:p w:rsidR="00CB6BFC" w:rsidRPr="00CB6BFC" w:rsidRDefault="00CB6BFC" w:rsidP="007C4B7E">
      <w:pPr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CB6BFC" w:rsidRPr="00CB6BFC" w:rsidRDefault="00CB6BFC" w:rsidP="007C4B7E">
      <w:pPr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CB6BFC" w:rsidRPr="00CB6BFC" w:rsidRDefault="00CB6BFC" w:rsidP="007C4B7E">
      <w:pPr>
        <w:tabs>
          <w:tab w:val="left" w:pos="567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базовые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исследовательские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действия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CB6BFC" w:rsidRPr="00CB6BFC" w:rsidRDefault="00CB6BFC" w:rsidP="007C4B7E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CB6BFC" w:rsidRPr="00CB6BFC" w:rsidRDefault="00CB6BFC" w:rsidP="007C4B7E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CB6BFC" w:rsidRPr="00CB6BFC" w:rsidRDefault="00CB6BFC" w:rsidP="007C4B7E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CB6BFC" w:rsidRPr="00CB6BFC" w:rsidRDefault="00CB6BFC" w:rsidP="007C4B7E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CB6BFC" w:rsidRPr="00CB6BFC" w:rsidRDefault="00CB6BFC" w:rsidP="007C4B7E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CB6BFC" w:rsidRPr="00CB6BFC" w:rsidRDefault="00CB6BFC" w:rsidP="007C4B7E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CB6BFC" w:rsidRPr="00CB6BFC" w:rsidRDefault="00CB6BFC" w:rsidP="007C4B7E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CB6BFC" w:rsidRPr="00CB6BFC" w:rsidRDefault="00CB6BFC" w:rsidP="007C4B7E">
      <w:pPr>
        <w:tabs>
          <w:tab w:val="left" w:pos="567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3)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работа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информацией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CB6BFC" w:rsidRPr="00CB6BFC" w:rsidRDefault="00CB6BFC" w:rsidP="007C4B7E">
      <w:pPr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CB6BFC" w:rsidRPr="00CB6BFC" w:rsidRDefault="00CB6BFC" w:rsidP="007C4B7E">
      <w:pPr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CB6BFC" w:rsidRPr="00CB6BFC" w:rsidRDefault="00CB6BFC" w:rsidP="007C4B7E">
      <w:pPr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CB6BFC" w:rsidRPr="00CB6BFC" w:rsidRDefault="00CB6BFC" w:rsidP="007C4B7E">
      <w:pPr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CB6BFC" w:rsidRPr="00CB6BFC" w:rsidRDefault="00CB6BFC" w:rsidP="007C4B7E">
      <w:pPr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CB6BFC" w:rsidRPr="00CB6BFC" w:rsidRDefault="00CB6BFC" w:rsidP="007C4B7E">
      <w:pPr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CB6BFC" w:rsidRPr="00CB6BFC" w:rsidRDefault="00CB6BFC" w:rsidP="007C4B7E">
      <w:pPr>
        <w:tabs>
          <w:tab w:val="left" w:pos="567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Овладение системой универсальных учебных познавательных действий обеспечивает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сформированность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когнитивных навыков у обучающихся.</w:t>
      </w:r>
    </w:p>
    <w:p w:rsidR="00CB6BFC" w:rsidRPr="00CB6BFC" w:rsidRDefault="00CB6BFC" w:rsidP="007C4B7E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Овладение универсальными учебными коммуникативными действиями:</w:t>
      </w:r>
    </w:p>
    <w:p w:rsidR="00CB6BFC" w:rsidRPr="00CB6BFC" w:rsidRDefault="00CB6BFC" w:rsidP="007C4B7E">
      <w:pPr>
        <w:tabs>
          <w:tab w:val="left" w:pos="567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общение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CB6BFC" w:rsidRPr="00CB6BFC" w:rsidRDefault="00CB6BFC" w:rsidP="007C4B7E">
      <w:pPr>
        <w:numPr>
          <w:ilvl w:val="0"/>
          <w:numId w:val="1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CB6BFC" w:rsidRPr="00CB6BFC" w:rsidRDefault="00CB6BFC" w:rsidP="007C4B7E">
      <w:pPr>
        <w:numPr>
          <w:ilvl w:val="0"/>
          <w:numId w:val="1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CB6BFC" w:rsidRPr="00CB6BFC" w:rsidRDefault="00CB6BFC" w:rsidP="007C4B7E">
      <w:pPr>
        <w:numPr>
          <w:ilvl w:val="0"/>
          <w:numId w:val="1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CB6BFC" w:rsidRPr="00CB6BFC" w:rsidRDefault="00CB6BFC" w:rsidP="007C4B7E">
      <w:pPr>
        <w:numPr>
          <w:ilvl w:val="0"/>
          <w:numId w:val="1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CB6BFC" w:rsidRPr="00CB6BFC" w:rsidRDefault="00CB6BFC" w:rsidP="007C4B7E">
      <w:pPr>
        <w:numPr>
          <w:ilvl w:val="0"/>
          <w:numId w:val="1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CB6BFC" w:rsidRPr="00CB6BFC" w:rsidRDefault="00CB6BFC" w:rsidP="007C4B7E">
      <w:pPr>
        <w:numPr>
          <w:ilvl w:val="0"/>
          <w:numId w:val="1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сопоставлять свои суждения с суждениями других участников диалога, обнаруживать различие и сходство позиций;</w:t>
      </w:r>
    </w:p>
    <w:p w:rsidR="00CB6BFC" w:rsidRPr="00CB6BFC" w:rsidRDefault="00CB6BFC" w:rsidP="007C4B7E">
      <w:pPr>
        <w:numPr>
          <w:ilvl w:val="0"/>
          <w:numId w:val="1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CB6BFC" w:rsidRPr="00CB6BFC" w:rsidRDefault="00CB6BFC" w:rsidP="007C4B7E">
      <w:pPr>
        <w:numPr>
          <w:ilvl w:val="0"/>
          <w:numId w:val="1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CB6BFC" w:rsidRPr="00CB6BFC" w:rsidRDefault="00CB6BFC" w:rsidP="007C4B7E">
      <w:pPr>
        <w:tabs>
          <w:tab w:val="left" w:pos="567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совместная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деятельность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CB6BFC" w:rsidRPr="00CB6BFC" w:rsidRDefault="00CB6BFC" w:rsidP="007C4B7E">
      <w:pPr>
        <w:numPr>
          <w:ilvl w:val="0"/>
          <w:numId w:val="1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CB6BFC" w:rsidRPr="00CB6BFC" w:rsidRDefault="00CB6BFC" w:rsidP="007C4B7E">
      <w:pPr>
        <w:numPr>
          <w:ilvl w:val="0"/>
          <w:numId w:val="1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CB6BFC" w:rsidRPr="00CB6BFC" w:rsidRDefault="00CB6BFC" w:rsidP="007C4B7E">
      <w:pPr>
        <w:numPr>
          <w:ilvl w:val="0"/>
          <w:numId w:val="1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CB6BFC" w:rsidRPr="00CB6BFC" w:rsidRDefault="00CB6BFC" w:rsidP="007C4B7E">
      <w:pPr>
        <w:numPr>
          <w:ilvl w:val="0"/>
          <w:numId w:val="1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CB6BFC" w:rsidRPr="00CB6BFC" w:rsidRDefault="00CB6BFC" w:rsidP="007C4B7E">
      <w:pPr>
        <w:numPr>
          <w:ilvl w:val="0"/>
          <w:numId w:val="1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CB6BFC" w:rsidRPr="00CB6BFC" w:rsidRDefault="00CB6BFC" w:rsidP="007C4B7E">
      <w:pPr>
        <w:numPr>
          <w:ilvl w:val="0"/>
          <w:numId w:val="1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CB6BFC" w:rsidRPr="00CB6BFC" w:rsidRDefault="00CB6BFC" w:rsidP="007C4B7E">
      <w:pPr>
        <w:numPr>
          <w:ilvl w:val="0"/>
          <w:numId w:val="1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CB6BFC" w:rsidRPr="00CB6BFC" w:rsidRDefault="00CB6BFC" w:rsidP="007C4B7E">
      <w:pPr>
        <w:tabs>
          <w:tab w:val="left" w:pos="567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Овладение системой универсальных учебных коммуникативных действий обеспечивает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сформированность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социальных навыков и эмоционального интеллекта обучающихся.</w:t>
      </w:r>
    </w:p>
    <w:p w:rsidR="00CB6BFC" w:rsidRPr="00CB6BFC" w:rsidRDefault="00CB6BFC" w:rsidP="007C4B7E">
      <w:pPr>
        <w:numPr>
          <w:ilvl w:val="0"/>
          <w:numId w:val="1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Овладение универсальными учебными регулятивными действиями:</w:t>
      </w:r>
    </w:p>
    <w:p w:rsidR="00CB6BFC" w:rsidRPr="00CB6BFC" w:rsidRDefault="00CB6BFC" w:rsidP="007C4B7E">
      <w:pPr>
        <w:tabs>
          <w:tab w:val="left" w:pos="567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самоорганизация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CB6BFC" w:rsidRPr="00CB6BFC" w:rsidRDefault="00CB6BFC" w:rsidP="007C4B7E">
      <w:pPr>
        <w:numPr>
          <w:ilvl w:val="0"/>
          <w:numId w:val="1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выявлять проблемы для решения в жизненных и учебных ситуациях;</w:t>
      </w:r>
    </w:p>
    <w:p w:rsidR="00CB6BFC" w:rsidRPr="00CB6BFC" w:rsidRDefault="00CB6BFC" w:rsidP="007C4B7E">
      <w:pPr>
        <w:numPr>
          <w:ilvl w:val="0"/>
          <w:numId w:val="1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CB6BFC" w:rsidRPr="00CB6BFC" w:rsidRDefault="00CB6BFC" w:rsidP="007C4B7E">
      <w:pPr>
        <w:numPr>
          <w:ilvl w:val="0"/>
          <w:numId w:val="1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CB6BFC" w:rsidRPr="00CB6BFC" w:rsidRDefault="00CB6BFC" w:rsidP="007C4B7E">
      <w:pPr>
        <w:numPr>
          <w:ilvl w:val="0"/>
          <w:numId w:val="1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CB6BFC" w:rsidRPr="00CB6BFC" w:rsidRDefault="00CB6BFC" w:rsidP="007C4B7E">
      <w:pPr>
        <w:numPr>
          <w:ilvl w:val="0"/>
          <w:numId w:val="1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делать выбор и брать ответственность за решение;</w:t>
      </w:r>
    </w:p>
    <w:p w:rsidR="00CB6BFC" w:rsidRPr="00CB6BFC" w:rsidRDefault="00CB6BFC" w:rsidP="007C4B7E">
      <w:pPr>
        <w:tabs>
          <w:tab w:val="left" w:pos="567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самоконтроль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CB6BFC" w:rsidRPr="00CB6BFC" w:rsidRDefault="00CB6BFC" w:rsidP="007C4B7E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владеть способами самоконтроля,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самомотивации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и рефлексии;</w:t>
      </w:r>
    </w:p>
    <w:p w:rsidR="00CB6BFC" w:rsidRPr="00CB6BFC" w:rsidRDefault="00CB6BFC" w:rsidP="007C4B7E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давать адекватную оценку ситуации и предлагать план ее изменения;</w:t>
      </w:r>
    </w:p>
    <w:p w:rsidR="00CB6BFC" w:rsidRPr="00CB6BFC" w:rsidRDefault="00CB6BFC" w:rsidP="007C4B7E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CB6BFC" w:rsidRPr="00CB6BFC" w:rsidRDefault="00CB6BFC" w:rsidP="007C4B7E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объяснять причины достижения (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недостижения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) результатов деятельности, давать оценку приобретенному опыту, уметь находить позитивное в произошедшей ситуации;</w:t>
      </w:r>
    </w:p>
    <w:p w:rsidR="00CB6BFC" w:rsidRPr="00CB6BFC" w:rsidRDefault="00CB6BFC" w:rsidP="007C4B7E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CB6BFC" w:rsidRPr="00CB6BFC" w:rsidRDefault="00CB6BFC" w:rsidP="007C4B7E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оценивать соответствие результата цели и условиям;</w:t>
      </w:r>
    </w:p>
    <w:p w:rsidR="00CB6BFC" w:rsidRPr="00CB6BFC" w:rsidRDefault="00CB6BFC" w:rsidP="007C4B7E">
      <w:pPr>
        <w:tabs>
          <w:tab w:val="left" w:pos="567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3)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эмоциональный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интеллект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CB6BFC" w:rsidRPr="00CB6BFC" w:rsidRDefault="00CB6BFC" w:rsidP="007C4B7E">
      <w:pPr>
        <w:numPr>
          <w:ilvl w:val="0"/>
          <w:numId w:val="20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различать, называть и управлять собственными эмоциями и эмоциями других;</w:t>
      </w:r>
    </w:p>
    <w:p w:rsidR="00CB6BFC" w:rsidRPr="00CB6BFC" w:rsidRDefault="00CB6BFC" w:rsidP="007C4B7E">
      <w:pPr>
        <w:numPr>
          <w:ilvl w:val="0"/>
          <w:numId w:val="20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выявлять и анализировать причины эмоций;</w:t>
      </w:r>
    </w:p>
    <w:p w:rsidR="00CB6BFC" w:rsidRPr="00CB6BFC" w:rsidRDefault="00CB6BFC" w:rsidP="007C4B7E">
      <w:pPr>
        <w:numPr>
          <w:ilvl w:val="0"/>
          <w:numId w:val="20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ставить себя на место другого человека, понимать мотивы и намерения другого;</w:t>
      </w:r>
    </w:p>
    <w:p w:rsidR="00CB6BFC" w:rsidRPr="00CB6BFC" w:rsidRDefault="00CB6BFC" w:rsidP="007C4B7E">
      <w:pPr>
        <w:numPr>
          <w:ilvl w:val="0"/>
          <w:numId w:val="20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регулировать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способ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выражения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эмоций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CB6BFC" w:rsidRPr="00CB6BFC" w:rsidRDefault="00CB6BFC" w:rsidP="007C4B7E">
      <w:pPr>
        <w:tabs>
          <w:tab w:val="left" w:pos="567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4)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принятие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себя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других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CB6BFC" w:rsidRPr="00CB6BFC" w:rsidRDefault="00CB6BFC" w:rsidP="007C4B7E">
      <w:pPr>
        <w:numPr>
          <w:ilvl w:val="0"/>
          <w:numId w:val="2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осознанно относиться к другому человеку, его мнению;</w:t>
      </w:r>
    </w:p>
    <w:p w:rsidR="00CB6BFC" w:rsidRPr="00CB6BFC" w:rsidRDefault="00CB6BFC" w:rsidP="007C4B7E">
      <w:pPr>
        <w:numPr>
          <w:ilvl w:val="0"/>
          <w:numId w:val="2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признавать свое право на ошибку и такое же право другого;</w:t>
      </w:r>
    </w:p>
    <w:p w:rsidR="00CB6BFC" w:rsidRPr="00CB6BFC" w:rsidRDefault="00CB6BFC" w:rsidP="007C4B7E">
      <w:pPr>
        <w:numPr>
          <w:ilvl w:val="0"/>
          <w:numId w:val="2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принимать себя и других, не осуждая;</w:t>
      </w:r>
    </w:p>
    <w:p w:rsidR="00CB6BFC" w:rsidRPr="00CB6BFC" w:rsidRDefault="00CB6BFC" w:rsidP="007C4B7E">
      <w:pPr>
        <w:numPr>
          <w:ilvl w:val="0"/>
          <w:numId w:val="2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открытость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себе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другим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CB6BFC" w:rsidRPr="00CB6BFC" w:rsidRDefault="00CB6BFC" w:rsidP="007C4B7E">
      <w:pPr>
        <w:numPr>
          <w:ilvl w:val="0"/>
          <w:numId w:val="2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осознавать невозможность контролировать все вокруг.</w:t>
      </w:r>
    </w:p>
    <w:p w:rsidR="00CB6BFC" w:rsidRPr="00CB6BFC" w:rsidRDefault="00CB6BFC" w:rsidP="007C4B7E">
      <w:pPr>
        <w:tabs>
          <w:tab w:val="left" w:pos="567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CB6BFC" w:rsidRPr="00CB6BFC" w:rsidRDefault="00CB6BFC" w:rsidP="007C4B7E">
      <w:pPr>
        <w:tabs>
          <w:tab w:val="left" w:pos="567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Предметные</w:t>
      </w:r>
      <w:proofErr w:type="spellEnd"/>
      <w:r w:rsidRPr="00CB6B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результаты</w:t>
      </w:r>
      <w:proofErr w:type="spellEnd"/>
    </w:p>
    <w:p w:rsidR="00CB6BFC" w:rsidRPr="00CB6BFC" w:rsidRDefault="00CB6BFC" w:rsidP="007C4B7E">
      <w:pPr>
        <w:tabs>
          <w:tab w:val="left" w:pos="567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Сформировано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представление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CB6BFC" w:rsidRPr="00CB6BFC" w:rsidRDefault="00CB6BFC" w:rsidP="007C4B7E">
      <w:pPr>
        <w:numPr>
          <w:ilvl w:val="0"/>
          <w:numId w:val="2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:rsidR="00CB6BFC" w:rsidRPr="00CB6BFC" w:rsidRDefault="00CB6BFC" w:rsidP="007C4B7E">
      <w:pPr>
        <w:numPr>
          <w:ilvl w:val="0"/>
          <w:numId w:val="2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CB6BFC" w:rsidRPr="00CB6BFC" w:rsidRDefault="00CB6BFC" w:rsidP="007C4B7E">
      <w:pPr>
        <w:numPr>
          <w:ilvl w:val="0"/>
          <w:numId w:val="2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институтах гражданского общества, о возможностях участия граждан в общественном управлении; правах и обязанностях гражданина России;</w:t>
      </w:r>
    </w:p>
    <w:p w:rsidR="00CB6BFC" w:rsidRPr="00CB6BFC" w:rsidRDefault="00CB6BFC" w:rsidP="007C4B7E">
      <w:pPr>
        <w:numPr>
          <w:ilvl w:val="0"/>
          <w:numId w:val="2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CB6BFC" w:rsidRPr="00CB6BFC" w:rsidRDefault="00CB6BFC" w:rsidP="007C4B7E">
      <w:pPr>
        <w:numPr>
          <w:ilvl w:val="0"/>
          <w:numId w:val="2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CB6BFC" w:rsidRPr="00CB6BFC" w:rsidRDefault="00CB6BFC" w:rsidP="007C4B7E">
      <w:pPr>
        <w:numPr>
          <w:ilvl w:val="0"/>
          <w:numId w:val="2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CB6BFC" w:rsidRPr="00CB6BFC" w:rsidRDefault="00CB6BFC" w:rsidP="007C4B7E">
      <w:pPr>
        <w:numPr>
          <w:ilvl w:val="0"/>
          <w:numId w:val="2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нравственных основах учебы, ведущей роли образования, труда и значении творчества в жизни человека и общества;</w:t>
      </w:r>
    </w:p>
    <w:p w:rsidR="00CB6BFC" w:rsidRPr="00CB6BFC" w:rsidRDefault="00CB6BFC" w:rsidP="007C4B7E">
      <w:pPr>
        <w:numPr>
          <w:ilvl w:val="0"/>
          <w:numId w:val="2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роли знаний, науки, современного производства в жизни человека и общества;</w:t>
      </w:r>
    </w:p>
    <w:p w:rsidR="00CB6BFC" w:rsidRPr="00CB6BFC" w:rsidRDefault="00CB6BFC" w:rsidP="007C4B7E">
      <w:pPr>
        <w:numPr>
          <w:ilvl w:val="0"/>
          <w:numId w:val="2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CB6BFC" w:rsidRPr="00CB6BFC" w:rsidRDefault="00CB6BFC" w:rsidP="007C4B7E">
      <w:pPr>
        <w:numPr>
          <w:ilvl w:val="0"/>
          <w:numId w:val="2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влиянии нравственности человека на состояние его здоровья и здоровья окружающих его людей; душевной и физической красоте человека;</w:t>
      </w:r>
    </w:p>
    <w:p w:rsidR="00CB6BFC" w:rsidRPr="00CB6BFC" w:rsidRDefault="00CB6BFC" w:rsidP="007C4B7E">
      <w:pPr>
        <w:numPr>
          <w:ilvl w:val="0"/>
          <w:numId w:val="2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важности физической культуры и спорта для здоровья человека, его образования, труда и творчества;</w:t>
      </w:r>
    </w:p>
    <w:p w:rsidR="00CB6BFC" w:rsidRPr="00CB6BFC" w:rsidRDefault="00CB6BFC" w:rsidP="00CB6BFC">
      <w:pPr>
        <w:numPr>
          <w:ilvl w:val="0"/>
          <w:numId w:val="2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активной роли человека в природе.</w:t>
      </w:r>
    </w:p>
    <w:p w:rsidR="00CB6BFC" w:rsidRPr="00CB6BFC" w:rsidRDefault="00CB6BFC" w:rsidP="00CB6BFC">
      <w:pPr>
        <w:tabs>
          <w:tab w:val="left" w:pos="567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Сформировано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ценностное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отношение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CB6BFC" w:rsidRPr="00CB6BFC" w:rsidRDefault="00CB6BFC" w:rsidP="00CB6BFC">
      <w:pPr>
        <w:numPr>
          <w:ilvl w:val="0"/>
          <w:numId w:val="26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CB6BFC" w:rsidRPr="00CB6BFC" w:rsidRDefault="00CB6BFC" w:rsidP="00CB6BFC">
      <w:pPr>
        <w:numPr>
          <w:ilvl w:val="0"/>
          <w:numId w:val="26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семье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семейным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традициям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CB6BFC" w:rsidRPr="00CB6BFC" w:rsidRDefault="00CB6BFC" w:rsidP="00CB6BFC">
      <w:pPr>
        <w:numPr>
          <w:ilvl w:val="0"/>
          <w:numId w:val="26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учебе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труду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творчеству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CB6BFC" w:rsidRPr="00CB6BFC" w:rsidRDefault="00CB6BFC" w:rsidP="00CB6BFC">
      <w:pPr>
        <w:numPr>
          <w:ilvl w:val="0"/>
          <w:numId w:val="26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CB6BFC" w:rsidRPr="00CB6BFC" w:rsidRDefault="00CB6BFC" w:rsidP="00CB6BFC">
      <w:pPr>
        <w:numPr>
          <w:ilvl w:val="0"/>
          <w:numId w:val="26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природе и всем формам жизни.</w:t>
      </w:r>
    </w:p>
    <w:p w:rsidR="00CB6BFC" w:rsidRPr="00CB6BFC" w:rsidRDefault="00CB6BFC" w:rsidP="00CB6BFC">
      <w:pPr>
        <w:tabs>
          <w:tab w:val="left" w:pos="567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Сформирован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интерес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CB6BFC" w:rsidRPr="00CB6BFC" w:rsidRDefault="00CB6BFC" w:rsidP="00CB6BFC">
      <w:pPr>
        <w:numPr>
          <w:ilvl w:val="0"/>
          <w:numId w:val="2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 чтению, произведениям искусства, театру, музыке, выставкам и т. п.;</w:t>
      </w:r>
    </w:p>
    <w:p w:rsidR="00CB6BFC" w:rsidRPr="00CB6BFC" w:rsidRDefault="00CB6BFC" w:rsidP="00CB6BFC">
      <w:pPr>
        <w:numPr>
          <w:ilvl w:val="0"/>
          <w:numId w:val="2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общественным явлениям, понимать активную роль человека в обществе;</w:t>
      </w:r>
    </w:p>
    <w:p w:rsidR="00CB6BFC" w:rsidRPr="00CB6BFC" w:rsidRDefault="00CB6BFC" w:rsidP="00CB6BFC">
      <w:pPr>
        <w:numPr>
          <w:ilvl w:val="0"/>
          <w:numId w:val="2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CB6BFC" w:rsidRPr="00CB6BFC" w:rsidRDefault="00CB6BFC" w:rsidP="00CB6BFC">
      <w:pPr>
        <w:numPr>
          <w:ilvl w:val="0"/>
          <w:numId w:val="2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природе, природным явлениям и формам жизни;</w:t>
      </w:r>
    </w:p>
    <w:p w:rsidR="00CB6BFC" w:rsidRPr="00CB6BFC" w:rsidRDefault="00CB6BFC" w:rsidP="00CB6BFC">
      <w:pPr>
        <w:numPr>
          <w:ilvl w:val="0"/>
          <w:numId w:val="2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художественному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творчеству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B6BFC" w:rsidRPr="00CB6BFC" w:rsidRDefault="00CB6BFC" w:rsidP="00CB6BFC">
      <w:pPr>
        <w:tabs>
          <w:tab w:val="left" w:pos="567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Сформированы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умения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CB6BFC" w:rsidRPr="00CB6BFC" w:rsidRDefault="00CB6BFC" w:rsidP="00CB6BFC">
      <w:pPr>
        <w:numPr>
          <w:ilvl w:val="0"/>
          <w:numId w:val="2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устанавливать дружеские взаимоотношения в коллективе, основанные на взаимопомощи и взаимной поддержке;</w:t>
      </w:r>
    </w:p>
    <w:p w:rsidR="00CB6BFC" w:rsidRPr="00CB6BFC" w:rsidRDefault="00CB6BFC" w:rsidP="00CB6BFC">
      <w:pPr>
        <w:numPr>
          <w:ilvl w:val="0"/>
          <w:numId w:val="2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проявлять бережное, гуманное отношение ко всему живому;</w:t>
      </w:r>
    </w:p>
    <w:p w:rsidR="00CB6BFC" w:rsidRPr="00CB6BFC" w:rsidRDefault="00CB6BFC" w:rsidP="00CB6BFC">
      <w:pPr>
        <w:numPr>
          <w:ilvl w:val="0"/>
          <w:numId w:val="2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соблюдать общепринятые нормы поведения в обществе;</w:t>
      </w:r>
    </w:p>
    <w:p w:rsidR="00CB6BFC" w:rsidRDefault="00CB6BFC" w:rsidP="00CB6BFC">
      <w:pPr>
        <w:numPr>
          <w:ilvl w:val="0"/>
          <w:numId w:val="2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9A480E" w:rsidRDefault="009A480E" w:rsidP="009A480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D7967" w:rsidRDefault="00BD7967" w:rsidP="009A480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D7967" w:rsidRDefault="00BD7967" w:rsidP="009A480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D7967" w:rsidRDefault="00BD7967" w:rsidP="009A480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D7967" w:rsidRDefault="00BD7967" w:rsidP="009A480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D7967" w:rsidRDefault="00BD7967" w:rsidP="009A480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D7967" w:rsidRDefault="00BD7967" w:rsidP="009A480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D7967" w:rsidRDefault="00BD7967" w:rsidP="009A480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D7967" w:rsidRDefault="00BD7967" w:rsidP="009A480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D7967" w:rsidRDefault="00BD7967" w:rsidP="009A480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D7967" w:rsidRDefault="00BD7967" w:rsidP="009A480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D7967" w:rsidRDefault="00BD7967" w:rsidP="009A480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D7967" w:rsidRDefault="00BD7967" w:rsidP="009A480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D7967" w:rsidRDefault="00BD7967" w:rsidP="009A480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D7967" w:rsidRDefault="00BD7967" w:rsidP="009A480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D7967" w:rsidRPr="00CB6BFC" w:rsidRDefault="00BD7967" w:rsidP="009A480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CB6BFC" w:rsidRPr="00CB6BFC" w:rsidRDefault="00CB6BFC" w:rsidP="00BD7967">
      <w:pPr>
        <w:tabs>
          <w:tab w:val="left" w:pos="567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Тематическое</w:t>
      </w:r>
      <w:proofErr w:type="spellEnd"/>
      <w:r w:rsidRPr="00CB6B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планирование</w:t>
      </w:r>
      <w:proofErr w:type="spellEnd"/>
    </w:p>
    <w:tbl>
      <w:tblPr>
        <w:tblW w:w="97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409"/>
        <w:gridCol w:w="2835"/>
        <w:gridCol w:w="851"/>
        <w:gridCol w:w="2161"/>
        <w:gridCol w:w="992"/>
      </w:tblGrid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№ 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</w:t>
            </w:r>
            <w:proofErr w:type="spellEnd"/>
            <w:r w:rsidRPr="00CB6B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</w:t>
            </w:r>
            <w:proofErr w:type="spellEnd"/>
            <w:r w:rsidRPr="00CB6B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проведения</w:t>
            </w:r>
            <w:proofErr w:type="spellEnd"/>
            <w:r w:rsidRPr="00CB6B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Часы</w:t>
            </w:r>
            <w:proofErr w:type="spellEnd"/>
          </w:p>
        </w:tc>
        <w:tc>
          <w:tcPr>
            <w:tcW w:w="216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ЦОР/ЭОР</w:t>
            </w: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</w:t>
            </w:r>
            <w:proofErr w:type="spellEnd"/>
          </w:p>
        </w:tc>
      </w:tr>
      <w:tr w:rsidR="00CB6BFC" w:rsidRPr="00CB6BFC" w:rsidTr="00F04B8A">
        <w:trPr>
          <w:trHeight w:val="170"/>
        </w:trPr>
        <w:tc>
          <w:tcPr>
            <w:tcW w:w="9782" w:type="dxa"/>
            <w:gridSpan w:val="6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Сентябрь</w:t>
            </w:r>
            <w:proofErr w:type="spellEnd"/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знаний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Зачем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учиться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Интеллектуальный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марафон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 w:val="restart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school-collection.edu.ru/collection/</w:t>
            </w:r>
          </w:p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edsoo.ru/Metodicheskie_videouroki.htm</w:t>
            </w:r>
          </w:p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apkpro.ru/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razgovory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-o-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vazhnom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05.09</w:t>
            </w:r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Родина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души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моей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родинка</w:t>
            </w:r>
            <w:proofErr w:type="spellEnd"/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интерактивной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CB6BFC" w:rsidRPr="00CB6BFC" w:rsidRDefault="00CB6BFC" w:rsidP="00F04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12.09</w:t>
            </w:r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Земля – это колыбель разума, но нельзя вечно жить в колыбели…</w:t>
            </w:r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Интерактивная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звездная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карта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CB6BFC" w:rsidRPr="00CB6BFC" w:rsidRDefault="00CB6BFC" w:rsidP="00F04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19.09</w:t>
            </w:r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Моя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Музыкальный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талантов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CB6BFC" w:rsidRPr="00CB6BFC" w:rsidRDefault="00CB6BFC" w:rsidP="00F04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26.09</w:t>
            </w:r>
          </w:p>
        </w:tc>
      </w:tr>
      <w:tr w:rsidR="00CB6BFC" w:rsidRPr="00CB6BFC" w:rsidTr="00F04B8A">
        <w:trPr>
          <w:trHeight w:val="170"/>
        </w:trPr>
        <w:tc>
          <w:tcPr>
            <w:tcW w:w="9782" w:type="dxa"/>
            <w:gridSpan w:val="6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Октябрь</w:t>
            </w:r>
            <w:proofErr w:type="spellEnd"/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Социальная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реклама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 w:val="restart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school-collection.edu.ru/collection/</w:t>
            </w:r>
          </w:p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edsoo.ru/Metodicheskie_videouroki.htm</w:t>
            </w:r>
          </w:p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apkpro.ru/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razgovory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-o-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vazhnom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03.10</w:t>
            </w:r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Ежедневный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подвиг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Мини-сочинение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CB6BFC" w:rsidRPr="00CB6BFC" w:rsidRDefault="00CB6BFC" w:rsidP="00F04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10.10</w:t>
            </w:r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Отец-родоначальник</w:t>
            </w:r>
            <w:proofErr w:type="spellEnd"/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Фотоистории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CB6BFC" w:rsidRPr="00CB6BFC" w:rsidRDefault="00CB6BFC" w:rsidP="00F04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17.10</w:t>
            </w:r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Счастлив тот, кто счастлив у себя дома</w:t>
            </w:r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Групповая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CB6BFC" w:rsidRPr="00CB6BFC" w:rsidRDefault="00CB6BFC" w:rsidP="00F04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24.10</w:t>
            </w:r>
          </w:p>
        </w:tc>
      </w:tr>
      <w:tr w:rsidR="00CB6BFC" w:rsidRPr="00CB6BFC" w:rsidTr="00F04B8A">
        <w:trPr>
          <w:trHeight w:val="170"/>
        </w:trPr>
        <w:tc>
          <w:tcPr>
            <w:tcW w:w="9782" w:type="dxa"/>
            <w:gridSpan w:val="6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Ноябрь</w:t>
            </w:r>
            <w:proofErr w:type="spellEnd"/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9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Мы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одна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страна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!</w:t>
            </w:r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интерактивной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 w:val="restart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school-collection.edu.ru/collection/</w:t>
            </w:r>
          </w:p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edsoo.ru/Metodicheskie_videouroki.htm</w:t>
            </w:r>
          </w:p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apkpro.ru/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razgovory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-o-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vazhnom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08.11.</w:t>
            </w:r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Языки и культура народов России: единство в разнообразии</w:t>
            </w:r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интерактивной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CB6BFC" w:rsidRPr="00CB6BFC" w:rsidRDefault="00CB6BFC" w:rsidP="00F04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14.11</w:t>
            </w:r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О,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руки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наших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матерей</w:t>
            </w:r>
            <w:proofErr w:type="spellEnd"/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стихов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чтецов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CB6BFC" w:rsidRPr="00CB6BFC" w:rsidRDefault="00CB6BFC" w:rsidP="00F04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21.11</w:t>
            </w:r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Герб страны как предмет нашей гордости</w:t>
            </w:r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Экспертное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интервью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CB6BFC" w:rsidRPr="00CB6BFC" w:rsidRDefault="00CB6BFC" w:rsidP="00F04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28.11</w:t>
            </w:r>
          </w:p>
        </w:tc>
      </w:tr>
      <w:tr w:rsidR="00CB6BFC" w:rsidRPr="00CB6BFC" w:rsidTr="00F04B8A">
        <w:trPr>
          <w:trHeight w:val="170"/>
        </w:trPr>
        <w:tc>
          <w:tcPr>
            <w:tcW w:w="9782" w:type="dxa"/>
            <w:gridSpan w:val="6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Декабрь</w:t>
            </w:r>
            <w:proofErr w:type="spellEnd"/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Жить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значит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действовать</w:t>
            </w:r>
            <w:proofErr w:type="spellEnd"/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Проблемная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 w:val="restart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school-collection.edu.ru/collection/</w:t>
            </w:r>
          </w:p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edsoo.ru/Metodicheskie_videouroki.htm</w:t>
            </w:r>
          </w:p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apkpro.ru/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razgovory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-o-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vazhnom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05.12</w:t>
            </w:r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Герои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мирной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жизни</w:t>
            </w:r>
            <w:proofErr w:type="spellEnd"/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Встреча с героями нашего времени</w:t>
            </w:r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CB6BFC" w:rsidRPr="00CB6BFC" w:rsidRDefault="00CB6BFC" w:rsidP="00F04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12.12</w:t>
            </w:r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«Величественны и просты слова единого Закона всей Отчизны, дарующего главные права: работать, радоваться жизни»</w:t>
            </w:r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Эвристическая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CB6BFC" w:rsidRPr="00CB6BFC" w:rsidRDefault="00CB6BFC" w:rsidP="00F04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09.12</w:t>
            </w:r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Зачем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мечтать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Групповое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обсуждение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CB6BFC" w:rsidRPr="00CB6BFC" w:rsidRDefault="00CB6BFC" w:rsidP="00F04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26.12</w:t>
            </w:r>
          </w:p>
        </w:tc>
      </w:tr>
      <w:tr w:rsidR="00CB6BFC" w:rsidRPr="00CB6BFC" w:rsidTr="00F04B8A">
        <w:trPr>
          <w:trHeight w:val="170"/>
        </w:trPr>
        <w:tc>
          <w:tcPr>
            <w:tcW w:w="9782" w:type="dxa"/>
            <w:gridSpan w:val="6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Январь</w:t>
            </w:r>
            <w:proofErr w:type="spellEnd"/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«Дарит искры волшебства светлый праздник Рождества…»</w:t>
            </w:r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Музыкальная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гостиная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 w:val="restart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school-collection.edu.ru/collection/</w:t>
            </w:r>
          </w:p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edsoo.ru/Metodicheskie_videouroki.htm</w:t>
            </w:r>
          </w:p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apkpro.ru/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razgovory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-o-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vazhnom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16.01</w:t>
            </w:r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«…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осталась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одна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Таня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дневником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героя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CB6BFC" w:rsidRPr="00CB6BFC" w:rsidRDefault="00CB6BFC" w:rsidP="00F04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23.01</w:t>
            </w:r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К.С. Станиславский и погружение в волшебный мир театра</w:t>
            </w:r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Чтение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ролям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CB6BFC" w:rsidRPr="00CB6BFC" w:rsidRDefault="00CB6BFC" w:rsidP="00F04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30.01</w:t>
            </w:r>
          </w:p>
        </w:tc>
      </w:tr>
      <w:tr w:rsidR="00CB6BFC" w:rsidRPr="00CB6BFC" w:rsidTr="00F04B8A">
        <w:trPr>
          <w:trHeight w:val="170"/>
        </w:trPr>
        <w:tc>
          <w:tcPr>
            <w:tcW w:w="9782" w:type="dxa"/>
            <w:gridSpan w:val="6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Февраль</w:t>
            </w:r>
            <w:proofErr w:type="spellEnd"/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«Может собственных Платонов и быстрых разумом Невтонов российская земля </w:t>
            </w: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рождать…»</w:t>
            </w:r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Интеллектуальный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марафон</w:t>
            </w:r>
            <w:proofErr w:type="spellEnd"/>
          </w:p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 w:val="restart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school-collection.edu.ru/collection/</w:t>
            </w:r>
          </w:p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edsoo.ru/Metodiche</w:t>
            </w: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skie_videouroki.htm</w:t>
            </w:r>
          </w:p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apkpro.ru/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razgovory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-o-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vazhnom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13.02</w:t>
            </w:r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21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мире</w:t>
            </w:r>
            <w:proofErr w:type="spellEnd"/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интерактивной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CB6BFC" w:rsidRPr="00CB6BFC" w:rsidRDefault="00CB6BFC" w:rsidP="00F04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20.02</w:t>
            </w:r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страже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Родины</w:t>
            </w:r>
            <w:proofErr w:type="spellEnd"/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Литературная гостиная: рассказы о войне</w:t>
            </w:r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CB6BFC" w:rsidRPr="00CB6BFC" w:rsidRDefault="00CB6BFC" w:rsidP="00F04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27.02</w:t>
            </w:r>
          </w:p>
        </w:tc>
      </w:tr>
      <w:tr w:rsidR="00CB6BFC" w:rsidRPr="00CB6BFC" w:rsidTr="00F04B8A">
        <w:trPr>
          <w:trHeight w:val="170"/>
        </w:trPr>
        <w:tc>
          <w:tcPr>
            <w:tcW w:w="9782" w:type="dxa"/>
            <w:gridSpan w:val="6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Март</w:t>
            </w:r>
            <w:proofErr w:type="spellEnd"/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«Я знаю, что все женщины прекрасны…»</w:t>
            </w:r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стихов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женщинах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 w:val="restart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school-collection.edu.ru/collection/</w:t>
            </w:r>
          </w:p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edsoo.ru/Metodicheskie_videouroki.htm</w:t>
            </w:r>
          </w:p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apkpro.ru/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razgovory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-o-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vazhnom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06.03</w:t>
            </w:r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Гимн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Работа с газетными и интернет-публикациями</w:t>
            </w:r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CB6BFC" w:rsidRPr="00CB6BFC" w:rsidRDefault="00CB6BFC" w:rsidP="00F04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13.03</w:t>
            </w:r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Путешествие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Крыму</w:t>
            </w:r>
            <w:proofErr w:type="spellEnd"/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Виртуальная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экскурсия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CB6BFC" w:rsidRPr="00CB6BFC" w:rsidRDefault="00CB6BFC" w:rsidP="00F04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20.03</w:t>
            </w:r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Искусство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псевдоискусство</w:t>
            </w:r>
            <w:proofErr w:type="spellEnd"/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Творческая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лаборатория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CB6BFC" w:rsidRPr="00CB6BFC" w:rsidRDefault="00CB6BFC" w:rsidP="00F04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27.03</w:t>
            </w:r>
          </w:p>
        </w:tc>
      </w:tr>
      <w:tr w:rsidR="00CB6BFC" w:rsidRPr="00CB6BFC" w:rsidTr="00F04B8A">
        <w:trPr>
          <w:trHeight w:val="170"/>
        </w:trPr>
        <w:tc>
          <w:tcPr>
            <w:tcW w:w="9782" w:type="dxa"/>
            <w:gridSpan w:val="6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Апрель</w:t>
            </w:r>
            <w:proofErr w:type="spellEnd"/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Новость слышала планета: «Русский парень полетел»</w:t>
            </w:r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биографией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 w:val="restart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school-collection.edu.ru/collection/</w:t>
            </w:r>
          </w:p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edsoo.ru/Metodicheskie_videouroki.htm</w:t>
            </w:r>
          </w:p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apkpro.ru/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razgovory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-o-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vazhnom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03.04</w:t>
            </w:r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Надо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вспоминать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прошлое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Проблемная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CB6BFC" w:rsidRPr="00CB6BFC" w:rsidRDefault="00CB6BFC" w:rsidP="00F04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10.04</w:t>
            </w:r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Фестиваль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идей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CB6BFC" w:rsidRPr="00CB6BFC" w:rsidRDefault="00CB6BFC" w:rsidP="00F04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17.04</w:t>
            </w:r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Праздник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Первомай</w:t>
            </w:r>
            <w:proofErr w:type="spellEnd"/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Встреча с людьми разных профессий</w:t>
            </w:r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CB6BFC" w:rsidRPr="00CB6BFC" w:rsidRDefault="00CB6BFC" w:rsidP="00F04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24.04</w:t>
            </w:r>
          </w:p>
        </w:tc>
      </w:tr>
      <w:tr w:rsidR="00CB6BFC" w:rsidRPr="00CB6BFC" w:rsidTr="00F04B8A">
        <w:trPr>
          <w:trHeight w:val="170"/>
        </w:trPr>
        <w:tc>
          <w:tcPr>
            <w:tcW w:w="9782" w:type="dxa"/>
            <w:gridSpan w:val="6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Май</w:t>
            </w:r>
            <w:proofErr w:type="spellEnd"/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«Словом можно убить, словом можно спасти, словом можно полки за собой повести...»</w:t>
            </w:r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Литературная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гостиная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 w:val="restart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school-collection.edu.ru/collection/</w:t>
            </w:r>
          </w:p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edsoo.ru/Metodicheskie_videouroki.htm</w:t>
            </w:r>
          </w:p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apkpro.ru/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razgovory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-o-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vazhnom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:rsidR="00CB6BFC" w:rsidRPr="00CB6BFC" w:rsidRDefault="009A480E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="00CB6BFC"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.05</w:t>
            </w:r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детских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общественных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организаций</w:t>
            </w:r>
            <w:proofErr w:type="spellEnd"/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 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видеоматериалами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CB6BFC" w:rsidRPr="00CB6BFC" w:rsidRDefault="00CB6BFC" w:rsidP="00F04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BFC" w:rsidRPr="00CB6BFC" w:rsidRDefault="001C393F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  <w:r w:rsidR="009A48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CB6BFC"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.05</w:t>
            </w:r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Перед нами все двери открыты</w:t>
            </w:r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Творческий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флешмоб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CB6BFC" w:rsidRPr="00CB6BFC" w:rsidRDefault="00CB6BFC" w:rsidP="00F04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BFC" w:rsidRPr="00CB6BFC" w:rsidRDefault="009A480E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  <w:r w:rsidR="00CB6BFC"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.05</w:t>
            </w:r>
          </w:p>
        </w:tc>
      </w:tr>
      <w:tr w:rsidR="009A480E" w:rsidRPr="00CB6BFC" w:rsidTr="00F04B8A">
        <w:trPr>
          <w:trHeight w:val="170"/>
        </w:trPr>
        <w:tc>
          <w:tcPr>
            <w:tcW w:w="534" w:type="dxa"/>
          </w:tcPr>
          <w:p w:rsidR="009A480E" w:rsidRPr="009A480E" w:rsidRDefault="009A480E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34</w:t>
            </w:r>
          </w:p>
        </w:tc>
        <w:tc>
          <w:tcPr>
            <w:tcW w:w="2409" w:type="dxa"/>
          </w:tcPr>
          <w:p w:rsidR="009A480E" w:rsidRPr="00CB6BFC" w:rsidRDefault="009A480E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Подведение итогов</w:t>
            </w:r>
          </w:p>
        </w:tc>
        <w:tc>
          <w:tcPr>
            <w:tcW w:w="2835" w:type="dxa"/>
          </w:tcPr>
          <w:p w:rsidR="009A480E" w:rsidRPr="009A480E" w:rsidRDefault="009A480E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Дискуссия </w:t>
            </w:r>
          </w:p>
        </w:tc>
        <w:tc>
          <w:tcPr>
            <w:tcW w:w="851" w:type="dxa"/>
          </w:tcPr>
          <w:p w:rsidR="009A480E" w:rsidRPr="009A480E" w:rsidRDefault="009A480E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2161" w:type="dxa"/>
          </w:tcPr>
          <w:p w:rsidR="009A480E" w:rsidRPr="00CB6BFC" w:rsidRDefault="009A480E" w:rsidP="00F04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7C4B7E" w:rsidRPr="009A480E" w:rsidRDefault="009A480E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29.05</w:t>
            </w:r>
          </w:p>
        </w:tc>
      </w:tr>
    </w:tbl>
    <w:p w:rsidR="0029510E" w:rsidRPr="00CB6BFC" w:rsidRDefault="0029510E" w:rsidP="007C4B7E">
      <w:pPr>
        <w:autoSpaceDE w:val="0"/>
        <w:autoSpaceDN w:val="0"/>
        <w:spacing w:after="216" w:line="220" w:lineRule="exac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sectPr w:rsidR="0029510E" w:rsidRPr="00CB6BFC" w:rsidSect="00DB065A">
      <w:pgSz w:w="11900" w:h="16840"/>
      <w:pgMar w:top="436" w:right="650" w:bottom="356" w:left="666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551424"/>
    <w:multiLevelType w:val="multilevel"/>
    <w:tmpl w:val="B7FEFA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07532386"/>
    <w:multiLevelType w:val="multilevel"/>
    <w:tmpl w:val="F7643C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126A15FC"/>
    <w:multiLevelType w:val="multilevel"/>
    <w:tmpl w:val="13B467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 w15:restartNumberingAfterBreak="0">
    <w:nsid w:val="1C187D8A"/>
    <w:multiLevelType w:val="multilevel"/>
    <w:tmpl w:val="EE6EA0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3" w15:restartNumberingAfterBreak="0">
    <w:nsid w:val="2ABC308E"/>
    <w:multiLevelType w:val="multilevel"/>
    <w:tmpl w:val="E8243C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 w15:restartNumberingAfterBreak="0">
    <w:nsid w:val="2F660F60"/>
    <w:multiLevelType w:val="multilevel"/>
    <w:tmpl w:val="29642C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5" w15:restartNumberingAfterBreak="0">
    <w:nsid w:val="2FDB2481"/>
    <w:multiLevelType w:val="multilevel"/>
    <w:tmpl w:val="52E20F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6" w15:restartNumberingAfterBreak="0">
    <w:nsid w:val="3B501B99"/>
    <w:multiLevelType w:val="multilevel"/>
    <w:tmpl w:val="F1F613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7" w15:restartNumberingAfterBreak="0">
    <w:nsid w:val="3F927879"/>
    <w:multiLevelType w:val="multilevel"/>
    <w:tmpl w:val="064C15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8" w15:restartNumberingAfterBreak="0">
    <w:nsid w:val="41EC4DCE"/>
    <w:multiLevelType w:val="multilevel"/>
    <w:tmpl w:val="47D28F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9" w15:restartNumberingAfterBreak="0">
    <w:nsid w:val="5B11551F"/>
    <w:multiLevelType w:val="multilevel"/>
    <w:tmpl w:val="B9A6AE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0" w15:restartNumberingAfterBreak="0">
    <w:nsid w:val="5F797A14"/>
    <w:multiLevelType w:val="multilevel"/>
    <w:tmpl w:val="294A77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1" w15:restartNumberingAfterBreak="0">
    <w:nsid w:val="607D6DCD"/>
    <w:multiLevelType w:val="multilevel"/>
    <w:tmpl w:val="3612BD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2" w15:restartNumberingAfterBreak="0">
    <w:nsid w:val="68DF73F7"/>
    <w:multiLevelType w:val="multilevel"/>
    <w:tmpl w:val="1272ED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3" w15:restartNumberingAfterBreak="0">
    <w:nsid w:val="72782BBD"/>
    <w:multiLevelType w:val="multilevel"/>
    <w:tmpl w:val="6B04EF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" w15:restartNumberingAfterBreak="0">
    <w:nsid w:val="74EA1771"/>
    <w:multiLevelType w:val="multilevel"/>
    <w:tmpl w:val="0F06C8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5" w15:restartNumberingAfterBreak="0">
    <w:nsid w:val="77264CA8"/>
    <w:multiLevelType w:val="multilevel"/>
    <w:tmpl w:val="FDD8D9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6" w15:restartNumberingAfterBreak="0">
    <w:nsid w:val="7907557F"/>
    <w:multiLevelType w:val="multilevel"/>
    <w:tmpl w:val="5F1055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7" w15:restartNumberingAfterBreak="0">
    <w:nsid w:val="791C0B75"/>
    <w:multiLevelType w:val="multilevel"/>
    <w:tmpl w:val="82DEF8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22"/>
  </w:num>
  <w:num w:numId="11">
    <w:abstractNumId w:val="10"/>
  </w:num>
  <w:num w:numId="12">
    <w:abstractNumId w:val="12"/>
  </w:num>
  <w:num w:numId="13">
    <w:abstractNumId w:val="27"/>
  </w:num>
  <w:num w:numId="14">
    <w:abstractNumId w:val="20"/>
  </w:num>
  <w:num w:numId="15">
    <w:abstractNumId w:val="19"/>
  </w:num>
  <w:num w:numId="16">
    <w:abstractNumId w:val="25"/>
  </w:num>
  <w:num w:numId="17">
    <w:abstractNumId w:val="16"/>
  </w:num>
  <w:num w:numId="18">
    <w:abstractNumId w:val="18"/>
  </w:num>
  <w:num w:numId="19">
    <w:abstractNumId w:val="14"/>
  </w:num>
  <w:num w:numId="20">
    <w:abstractNumId w:val="21"/>
  </w:num>
  <w:num w:numId="21">
    <w:abstractNumId w:val="15"/>
  </w:num>
  <w:num w:numId="22">
    <w:abstractNumId w:val="23"/>
  </w:num>
  <w:num w:numId="23">
    <w:abstractNumId w:val="17"/>
  </w:num>
  <w:num w:numId="24">
    <w:abstractNumId w:val="24"/>
  </w:num>
  <w:num w:numId="25">
    <w:abstractNumId w:val="26"/>
  </w:num>
  <w:num w:numId="26">
    <w:abstractNumId w:val="13"/>
  </w:num>
  <w:num w:numId="27">
    <w:abstractNumId w:val="9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C393F"/>
    <w:rsid w:val="0029510E"/>
    <w:rsid w:val="0029639D"/>
    <w:rsid w:val="00326F90"/>
    <w:rsid w:val="00683589"/>
    <w:rsid w:val="00795DE7"/>
    <w:rsid w:val="007C4B7E"/>
    <w:rsid w:val="007E791B"/>
    <w:rsid w:val="009A480E"/>
    <w:rsid w:val="00AA1D8D"/>
    <w:rsid w:val="00B47730"/>
    <w:rsid w:val="00BD7967"/>
    <w:rsid w:val="00CB0664"/>
    <w:rsid w:val="00CB6BFC"/>
    <w:rsid w:val="00DB065A"/>
    <w:rsid w:val="00FB615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CE137B"/>
  <w14:defaultImageDpi w14:val="300"/>
  <w15:docId w15:val="{73EABFAE-A785-425C-8C87-EAE8A31EB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64EF215-D53B-48A6-A39F-932ECA236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11</Pages>
  <Words>2883</Words>
  <Characters>16435</Characters>
  <Application>Microsoft Office Word</Application>
  <DocSecurity>0</DocSecurity>
  <Lines>136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19280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user19</cp:lastModifiedBy>
  <cp:revision>9</cp:revision>
  <dcterms:created xsi:type="dcterms:W3CDTF">2013-12-23T23:15:00Z</dcterms:created>
  <dcterms:modified xsi:type="dcterms:W3CDTF">2022-10-20T04:35:00Z</dcterms:modified>
  <cp:category/>
</cp:coreProperties>
</file>